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4481" w:rsidRPr="00A01BE1" w:rsidRDefault="007F4481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</w:p>
    <w:p w:rsidR="007F4481" w:rsidRPr="00A01BE1" w:rsidRDefault="00184ECB" w:rsidP="00A01BE1">
      <w:pPr>
        <w:bidi/>
        <w:jc w:val="center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قسم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العلوم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السياسية</w:t>
      </w:r>
    </w:p>
    <w:p w:rsidR="007F4481" w:rsidRPr="00A01BE1" w:rsidRDefault="007F4481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</w:p>
    <w:p w:rsidR="007F4481" w:rsidRPr="00A01BE1" w:rsidRDefault="00184ECB" w:rsidP="00A01BE1">
      <w:pPr>
        <w:bidi/>
        <w:jc w:val="center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امتحان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مادة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: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اقتصاديات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التنمية</w:t>
      </w:r>
      <w:r w:rsidR="00A01BE1">
        <w:rPr>
          <w:rFonts w:ascii="Sakkal Majalla" w:hAnsi="Sakkal Majalla" w:cs="Sakkal Majalla" w:hint="cs"/>
          <w:b/>
          <w:bCs/>
          <w:sz w:val="28"/>
          <w:szCs w:val="28"/>
          <w:rtl/>
        </w:rPr>
        <w:t xml:space="preserve"> (الإجابة النموذجية)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السنة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: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أولى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ليسانس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علاقات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دولية</w:t>
      </w:r>
    </w:p>
    <w:p w:rsidR="007F4481" w:rsidRPr="00A01BE1" w:rsidRDefault="00A01BE1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>
        <w:rPr>
          <w:rFonts w:ascii="Sakkal Majalla" w:hAnsi="Sakkal Majalla" w:cs="Sakkal Majalla" w:hint="cs"/>
          <w:b/>
          <w:bCs/>
          <w:sz w:val="28"/>
          <w:szCs w:val="28"/>
          <w:rtl/>
        </w:rPr>
        <w:t>أولا: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  <w:rtl/>
        </w:rPr>
        <w:t>عرّف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المفاهيم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التالية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تعريفًا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أكاديميًا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دقيقًا</w:t>
      </w:r>
      <w:r w:rsidRPr="00A01BE1">
        <w:rPr>
          <w:rFonts w:ascii="Sakkal Majalla" w:hAnsi="Sakkal Majalla" w:cs="Sakkal Majalla"/>
          <w:sz w:val="28"/>
          <w:szCs w:val="28"/>
        </w:rPr>
        <w:t>: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sz w:val="28"/>
          <w:szCs w:val="28"/>
        </w:rPr>
        <w:t xml:space="preserve">1-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النمو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: </w:t>
      </w:r>
      <w:r w:rsidRPr="00A01BE1">
        <w:rPr>
          <w:rFonts w:ascii="Sakkal Majalla" w:hAnsi="Sakkal Majalla" w:cs="Sakkal Majalla"/>
          <w:sz w:val="28"/>
          <w:szCs w:val="28"/>
          <w:rtl/>
        </w:rPr>
        <w:t>النمو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هو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الزيادة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المستمرة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حجم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الإنتاج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الوطني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الحقيقي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السلع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والخدمات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خلال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فترة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زمنية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معينة،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ويُقاس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غالبًا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بارتفاع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الناتج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المحلي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الإجمالي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الحقيقي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متوسط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دخل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الفرد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الحقيقي</w:t>
      </w:r>
      <w:r w:rsidRPr="00A01BE1">
        <w:rPr>
          <w:rFonts w:ascii="Sakkal Majalla" w:hAnsi="Sakkal Majalla" w:cs="Sakkal Majalla"/>
          <w:sz w:val="28"/>
          <w:szCs w:val="28"/>
        </w:rPr>
        <w:t xml:space="preserve">. </w:t>
      </w:r>
      <w:r w:rsidRPr="00A01BE1">
        <w:rPr>
          <w:rFonts w:ascii="Sakkal Majalla" w:hAnsi="Sakkal Majalla" w:cs="Sakkal Majalla"/>
          <w:sz w:val="28"/>
          <w:szCs w:val="28"/>
          <w:rtl/>
        </w:rPr>
        <w:t>ويرتبط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النمو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بالتوسع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الكمي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النشاط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وتحسين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القدرة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الإنتاجية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للمجتمع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sz w:val="28"/>
          <w:szCs w:val="28"/>
        </w:rPr>
        <w:t xml:space="preserve">2-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الا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قتصادية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: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هي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عملية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شاملة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ومستدامة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تهدف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إحداث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تغيرات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هيكلية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والمجتمع،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خلال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رفع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مستويات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الإنتاج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والدخل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وتحسين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مستوى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المعيشة،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تطوير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القطاعات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وتقليص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الفقر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والبطالة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وتحقيق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العدالة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الاجتماعية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sz w:val="28"/>
          <w:szCs w:val="28"/>
        </w:rPr>
        <w:t xml:space="preserve">3-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البشرية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: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البشرية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هي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توسيع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خيارات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الإنسان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وقدراته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وتحسين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نوعية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حياته،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عبر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تمكينه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التعليم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الجيد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والرعاية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الصحية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والدخل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الكريم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والمشاركة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الاجتماعية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والسياسية،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وهي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تركز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الإنسان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باعتباره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غاية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ووسيلتها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الوقت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نفسه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sz w:val="28"/>
          <w:szCs w:val="28"/>
        </w:rPr>
        <w:br/>
      </w:r>
      <w:r w:rsidR="00A01BE1">
        <w:rPr>
          <w:rFonts w:ascii="Sakkal Majalla" w:hAnsi="Sakkal Majalla" w:cs="Sakkal Majalla" w:hint="cs"/>
          <w:b/>
          <w:bCs/>
          <w:sz w:val="28"/>
          <w:szCs w:val="28"/>
          <w:rtl/>
        </w:rPr>
        <w:t>ثانيا</w:t>
      </w:r>
      <w:r w:rsidR="00A01BE1">
        <w:rPr>
          <w:rFonts w:ascii="Sakkal Majalla" w:hAnsi="Sakkal Majalla" w:cs="Sakkal Majalla"/>
          <w:b/>
          <w:sz w:val="28"/>
          <w:szCs w:val="28"/>
        </w:rPr>
        <w:t>: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  <w:rtl/>
        </w:rPr>
        <w:t>بيّن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الفرق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</w:t>
      </w:r>
      <w:r w:rsidRPr="00A01BE1">
        <w:rPr>
          <w:rFonts w:ascii="Sakkal Majalla" w:hAnsi="Sakkal Majalla" w:cs="Sakkal Majalla"/>
          <w:sz w:val="28"/>
          <w:szCs w:val="28"/>
          <w:rtl/>
        </w:rPr>
        <w:t>ين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النمو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توضيح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العلاقة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بينهما</w:t>
      </w:r>
      <w:r w:rsidRPr="00A01BE1">
        <w:rPr>
          <w:rFonts w:ascii="Sakkal Majalla" w:hAnsi="Sakkal Majalla" w:cs="Sakkal Majalla"/>
          <w:sz w:val="28"/>
          <w:szCs w:val="28"/>
        </w:rPr>
        <w:t>: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</w:rPr>
        <w:t xml:space="preserve">• </w:t>
      </w:r>
      <w:r w:rsidRPr="00A01BE1">
        <w:rPr>
          <w:rFonts w:ascii="Sakkal Majalla" w:hAnsi="Sakkal Majalla" w:cs="Sakkal Majalla"/>
          <w:sz w:val="28"/>
          <w:szCs w:val="28"/>
          <w:rtl/>
        </w:rPr>
        <w:t>النمو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يركز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الجانب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الكمي،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زيادة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الناتج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والإنتاج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والدخل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القومي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</w:rPr>
        <w:t xml:space="preserve">•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أوسع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وأشمل،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إذ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تشمل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النمو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إضافة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التغيرات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الهيكلية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والاجتماعية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والمؤسساتية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</w:rPr>
        <w:lastRenderedPageBreak/>
        <w:t>•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النمو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قد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يتحقق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دون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تحسن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مستوى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المعيشة،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بينما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تهدف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تحسين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رفاهية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المجتمع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</w:rPr>
        <w:t xml:space="preserve">•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تتضمن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تحسين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التعليم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والصحة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والبنية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التحتية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وتحقيق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العدالة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الاجتماعية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</w:rPr>
        <w:t xml:space="preserve">• </w:t>
      </w:r>
      <w:r w:rsidRPr="00A01BE1">
        <w:rPr>
          <w:rFonts w:ascii="Sakkal Majalla" w:hAnsi="Sakkal Majalla" w:cs="Sakkal Majalla"/>
          <w:sz w:val="28"/>
          <w:szCs w:val="28"/>
          <w:rtl/>
        </w:rPr>
        <w:t>العلاقة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بينهما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علاقة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تكاملية،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حيث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يُعدّ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النمو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</w:t>
      </w:r>
      <w:r w:rsidRPr="00A01BE1">
        <w:rPr>
          <w:rFonts w:ascii="Sakkal Majalla" w:hAnsi="Sakkal Majalla" w:cs="Sakkal Majalla"/>
          <w:sz w:val="28"/>
          <w:szCs w:val="28"/>
          <w:rtl/>
        </w:rPr>
        <w:t>ساسًا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مهمًا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لتحقيق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sz w:val="28"/>
          <w:szCs w:val="28"/>
        </w:rPr>
        <w:br/>
      </w:r>
      <w:r w:rsidR="00A01BE1">
        <w:rPr>
          <w:rFonts w:ascii="Sakkal Majalla" w:hAnsi="Sakkal Majalla" w:cs="Sakkal Majalla" w:hint="cs"/>
          <w:b/>
          <w:bCs/>
          <w:sz w:val="28"/>
          <w:szCs w:val="28"/>
          <w:rtl/>
        </w:rPr>
        <w:t>ثالثا</w:t>
      </w:r>
      <w:r w:rsidR="00A01BE1">
        <w:rPr>
          <w:rFonts w:ascii="Sakkal Majalla" w:hAnsi="Sakkal Majalla" w:cs="Sakkal Majalla"/>
          <w:b/>
          <w:sz w:val="28"/>
          <w:szCs w:val="28"/>
        </w:rPr>
        <w:t>: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  <w:rtl/>
        </w:rPr>
        <w:t>لماذا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تعتبر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الدولة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فاعلًا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أساسيًا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تحقيق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الاقتصادية؟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اشرح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إعطاء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مثال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واقعي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  <w:rtl/>
        </w:rPr>
        <w:t>تُعتبر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الدولة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فاعلًا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أساسيًا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تحقيق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لأنها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تمتلك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سلطة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التخطيط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والتنظيم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وتوجيه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الموارد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نحو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</w:t>
      </w:r>
      <w:r w:rsidRPr="00A01BE1">
        <w:rPr>
          <w:rFonts w:ascii="Sakkal Majalla" w:hAnsi="Sakkal Majalla" w:cs="Sakkal Majalla"/>
          <w:sz w:val="28"/>
          <w:szCs w:val="28"/>
          <w:rtl/>
        </w:rPr>
        <w:t>لقطاعات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الحيوية،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كما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تعمل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توفير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البنية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التحتية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وتحسين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التعليم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والصحة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ووضع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السياسات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المناسبة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للاستثمار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والتشغيل</w:t>
      </w:r>
      <w:r w:rsidRPr="00A01BE1">
        <w:rPr>
          <w:rFonts w:ascii="Sakkal Majalla" w:hAnsi="Sakkal Majalla" w:cs="Sakkal Majalla"/>
          <w:sz w:val="28"/>
          <w:szCs w:val="28"/>
        </w:rPr>
        <w:t xml:space="preserve">. </w:t>
      </w:r>
      <w:r w:rsidRPr="00A01BE1">
        <w:rPr>
          <w:rFonts w:ascii="Sakkal Majalla" w:hAnsi="Sakkal Majalla" w:cs="Sakkal Majalla"/>
          <w:sz w:val="28"/>
          <w:szCs w:val="28"/>
          <w:rtl/>
        </w:rPr>
        <w:t>كما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تتدخل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لمعالجة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الاختلالات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والاجتماعية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وتحقيق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الاستقرار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السياسي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والقانوني</w:t>
      </w:r>
      <w:r w:rsidRPr="00A01BE1">
        <w:rPr>
          <w:rFonts w:ascii="Sakkal Majalla" w:hAnsi="Sakkal Majalla" w:cs="Sakkal Majalla"/>
          <w:sz w:val="28"/>
          <w:szCs w:val="28"/>
        </w:rPr>
        <w:t xml:space="preserve">. </w:t>
      </w:r>
      <w:r w:rsidRPr="00A01BE1">
        <w:rPr>
          <w:rFonts w:ascii="Sakkal Majalla" w:hAnsi="Sakkal Majalla" w:cs="Sakkal Majalla"/>
          <w:sz w:val="28"/>
          <w:szCs w:val="28"/>
          <w:rtl/>
        </w:rPr>
        <w:t>ومن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الأمثلة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الواقعية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تجربة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كوريا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الجنوبية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اعتمدت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التخطيط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والاستثمار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التعليم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والصناعة،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ساهم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تحولها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قوة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اقتصادية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عالمية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sz w:val="28"/>
          <w:szCs w:val="28"/>
        </w:rPr>
        <w:br/>
      </w:r>
      <w:r w:rsidR="00A01BE1">
        <w:rPr>
          <w:rFonts w:ascii="Sakkal Majalla" w:hAnsi="Sakkal Majalla" w:cs="Sakkal Majalla" w:hint="cs"/>
          <w:b/>
          <w:bCs/>
          <w:sz w:val="28"/>
          <w:szCs w:val="28"/>
          <w:rtl/>
        </w:rPr>
        <w:t>رابعا</w:t>
      </w:r>
      <w:r w:rsidR="00A01BE1">
        <w:rPr>
          <w:rFonts w:ascii="Sakkal Majalla" w:hAnsi="Sakkal Majalla" w:cs="Sakkal Majalla"/>
          <w:b/>
          <w:sz w:val="28"/>
          <w:szCs w:val="28"/>
        </w:rPr>
        <w:t>: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  <w:rtl/>
        </w:rPr>
        <w:t>كيف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يمكن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تتحول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الموارد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الطبيعية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عامل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عائق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للتنمية؟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اشرح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ذلك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إطار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مفهوم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الريعي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both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sz w:val="28"/>
          <w:szCs w:val="28"/>
          <w:rtl/>
        </w:rPr>
        <w:t>يمكن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تتحول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الموارد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الطبيعية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</w:t>
      </w:r>
      <w:r w:rsidRPr="00A01BE1">
        <w:rPr>
          <w:rFonts w:ascii="Sakkal Majalla" w:hAnsi="Sakkal Majalla" w:cs="Sakkal Majalla"/>
          <w:sz w:val="28"/>
          <w:szCs w:val="28"/>
          <w:rtl/>
        </w:rPr>
        <w:t>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عائق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للتنمية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عندما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تعتمد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الدولة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بشكل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مفرط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عائدات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الموارد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كالنفط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والغاز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دون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تنويع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وهو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يُعرف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بالاقتصاد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الريعي</w:t>
      </w:r>
      <w:r w:rsidRPr="00A01BE1">
        <w:rPr>
          <w:rFonts w:ascii="Sakkal Majalla" w:hAnsi="Sakkal Majalla" w:cs="Sakkal Majalla"/>
          <w:sz w:val="28"/>
          <w:szCs w:val="28"/>
        </w:rPr>
        <w:t xml:space="preserve">. </w:t>
      </w:r>
      <w:r w:rsidRPr="00A01BE1">
        <w:rPr>
          <w:rFonts w:ascii="Sakkal Majalla" w:hAnsi="Sakkal Majalla" w:cs="Sakkal Majalla"/>
          <w:sz w:val="28"/>
          <w:szCs w:val="28"/>
          <w:rtl/>
        </w:rPr>
        <w:t>ففي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هذا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النوع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تعتمد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الدولة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على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الإيرادات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الريعية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بدل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تطوير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القطاعات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الإنتاجية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الأخرى،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مما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يؤدي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ضعف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الصناعة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والز</w:t>
      </w:r>
      <w:r w:rsidRPr="00A01BE1">
        <w:rPr>
          <w:rFonts w:ascii="Sakkal Majalla" w:hAnsi="Sakkal Majalla" w:cs="Sakkal Majalla"/>
          <w:sz w:val="28"/>
          <w:szCs w:val="28"/>
          <w:rtl/>
        </w:rPr>
        <w:t>راعة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وزيادة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البطالة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وانتشار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الفساد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والتبعية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للخارج</w:t>
      </w:r>
      <w:r w:rsidRPr="00A01BE1">
        <w:rPr>
          <w:rFonts w:ascii="Sakkal Majalla" w:hAnsi="Sakkal Majalla" w:cs="Sakkal Majalla"/>
          <w:sz w:val="28"/>
          <w:szCs w:val="28"/>
        </w:rPr>
        <w:t xml:space="preserve">. </w:t>
      </w:r>
      <w:r w:rsidRPr="00A01BE1">
        <w:rPr>
          <w:rFonts w:ascii="Sakkal Majalla" w:hAnsi="Sakkal Majalla" w:cs="Sakkal Majalla"/>
          <w:sz w:val="28"/>
          <w:szCs w:val="28"/>
          <w:rtl/>
        </w:rPr>
        <w:t>كما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تصبح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التنمية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مرتبطة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بتقلبات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أسعار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الموارد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في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الأسواق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العالمية،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لذلك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قد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تتحول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الثروات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الطبيعية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من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نعمة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إلى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نقمة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إذا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غابت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الحوكمة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الرشيدة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والتنويع</w:t>
      </w:r>
      <w:r w:rsidRPr="00A01BE1">
        <w:rPr>
          <w:rFonts w:ascii="Sakkal Majalla" w:hAnsi="Sakkal Majalla" w:cs="Sakkal Majalla"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sz w:val="28"/>
          <w:szCs w:val="28"/>
          <w:rtl/>
        </w:rPr>
        <w:t>الاقتصادي</w:t>
      </w:r>
      <w:r w:rsidRPr="00A01BE1">
        <w:rPr>
          <w:rFonts w:ascii="Sakkal Majalla" w:hAnsi="Sakkal Majalla" w:cs="Sakkal Majalla"/>
          <w:sz w:val="28"/>
          <w:szCs w:val="28"/>
        </w:rPr>
        <w:t>.</w:t>
      </w:r>
    </w:p>
    <w:p w:rsidR="007F4481" w:rsidRPr="00A01BE1" w:rsidRDefault="00184ECB" w:rsidP="00A01BE1">
      <w:pPr>
        <w:bidi/>
        <w:jc w:val="right"/>
        <w:rPr>
          <w:rFonts w:ascii="Sakkal Majalla" w:hAnsi="Sakkal Majalla" w:cs="Sakkal Majalla"/>
          <w:sz w:val="28"/>
          <w:szCs w:val="28"/>
        </w:rPr>
      </w:pPr>
      <w:r w:rsidRPr="00A01BE1">
        <w:rPr>
          <w:rFonts w:ascii="Sakkal Majalla" w:hAnsi="Sakkal Majalla" w:cs="Sakkal Majalla"/>
          <w:b/>
          <w:sz w:val="28"/>
          <w:szCs w:val="28"/>
        </w:rPr>
        <w:br/>
      </w:r>
      <w:bookmarkStart w:id="0" w:name="_GoBack"/>
      <w:bookmarkEnd w:id="0"/>
      <w:r w:rsidRPr="00A01BE1">
        <w:rPr>
          <w:rFonts w:ascii="Sakkal Majalla" w:hAnsi="Sakkal Majalla" w:cs="Sakkal Majalla"/>
          <w:b/>
          <w:sz w:val="28"/>
          <w:szCs w:val="28"/>
        </w:rPr>
        <w:br/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أستاذة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المادة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: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د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.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ركينة</w:t>
      </w:r>
      <w:r w:rsidRPr="00A01BE1">
        <w:rPr>
          <w:rFonts w:ascii="Sakkal Majalla" w:hAnsi="Sakkal Majalla" w:cs="Sakkal Majalla"/>
          <w:b/>
          <w:sz w:val="28"/>
          <w:szCs w:val="28"/>
        </w:rPr>
        <w:t xml:space="preserve"> </w:t>
      </w:r>
      <w:r w:rsidRPr="00A01BE1">
        <w:rPr>
          <w:rFonts w:ascii="Sakkal Majalla" w:hAnsi="Sakkal Majalla" w:cs="Sakkal Majalla"/>
          <w:b/>
          <w:bCs/>
          <w:sz w:val="28"/>
          <w:szCs w:val="28"/>
          <w:rtl/>
        </w:rPr>
        <w:t>سهام</w:t>
      </w:r>
    </w:p>
    <w:sectPr w:rsidR="007F4481" w:rsidRPr="00A01BE1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enum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enum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epuc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epuc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enum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epuc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15074B"/>
    <w:rsid w:val="00184ECB"/>
    <w:rsid w:val="0029639D"/>
    <w:rsid w:val="00326F90"/>
    <w:rsid w:val="007F4481"/>
    <w:rsid w:val="00A01BE1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efaultImageDpi w14:val="300"/>
  <w15:docId w15:val="{B23EBAE9-4B71-4D06-B0DB-6B0E2B5AE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</w:style>
  <w:style w:type="paragraph" w:styleId="Titre1">
    <w:name w:val="heading 1"/>
    <w:basedOn w:val="Normal"/>
    <w:next w:val="Normal"/>
    <w:link w:val="Titre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618BF"/>
  </w:style>
  <w:style w:type="paragraph" w:styleId="Pieddepage">
    <w:name w:val="footer"/>
    <w:basedOn w:val="Normal"/>
    <w:link w:val="Pieddepage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618BF"/>
  </w:style>
  <w:style w:type="paragraph" w:styleId="Sansinterligne">
    <w:name w:val="No Spacing"/>
    <w:uiPriority w:val="1"/>
    <w:qFormat/>
    <w:rsid w:val="00FC693F"/>
    <w:pPr>
      <w:spacing w:after="0" w:line="240" w:lineRule="auto"/>
    </w:pPr>
  </w:style>
  <w:style w:type="character" w:customStyle="1" w:styleId="Titre1Car">
    <w:name w:val="Titre 1 Car"/>
    <w:basedOn w:val="Policepardfaut"/>
    <w:link w:val="Titre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3Car">
    <w:name w:val="Titre 3 Car"/>
    <w:basedOn w:val="Policepardfaut"/>
    <w:link w:val="Titre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">
    <w:name w:val="Title"/>
    <w:basedOn w:val="Normal"/>
    <w:next w:val="Normal"/>
    <w:link w:val="Titre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aragraphedeliste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Corpsdetexte">
    <w:name w:val="Body Text"/>
    <w:basedOn w:val="Normal"/>
    <w:link w:val="CorpsdetexteCar"/>
    <w:uiPriority w:val="99"/>
    <w:unhideWhenUsed/>
    <w:rsid w:val="00AA1D8D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AA1D8D"/>
  </w:style>
  <w:style w:type="paragraph" w:styleId="Corpsdetexte2">
    <w:name w:val="Body Text 2"/>
    <w:basedOn w:val="Normal"/>
    <w:link w:val="Corpsdetexte2Car"/>
    <w:uiPriority w:val="99"/>
    <w:unhideWhenUsed/>
    <w:rsid w:val="00AA1D8D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rsid w:val="00AA1D8D"/>
  </w:style>
  <w:style w:type="paragraph" w:styleId="Corpsdetexte3">
    <w:name w:val="Body Text 3"/>
    <w:basedOn w:val="Normal"/>
    <w:link w:val="Corpsdetex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Corpsdetexte3Car">
    <w:name w:val="Corps de texte 3 Car"/>
    <w:basedOn w:val="Policepardfaut"/>
    <w:link w:val="Corpsdetexte3"/>
    <w:uiPriority w:val="99"/>
    <w:rsid w:val="00AA1D8D"/>
    <w:rPr>
      <w:sz w:val="16"/>
      <w:szCs w:val="16"/>
    </w:rPr>
  </w:style>
  <w:style w:type="paragraph" w:styleId="Liste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e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e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epuce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epuce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epuce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enum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enum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enum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e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e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e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edemacro">
    <w:name w:val="macro"/>
    <w:link w:val="Textede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edemacroCar">
    <w:name w:val="Texte de macro Car"/>
    <w:basedOn w:val="Policepardfaut"/>
    <w:link w:val="Textedemacro"/>
    <w:uiPriority w:val="99"/>
    <w:rsid w:val="0029639D"/>
    <w:rPr>
      <w:rFonts w:ascii="Courier" w:hAnsi="Courier"/>
      <w:sz w:val="20"/>
      <w:szCs w:val="20"/>
    </w:rPr>
  </w:style>
  <w:style w:type="paragraph" w:styleId="Citation">
    <w:name w:val="Quote"/>
    <w:basedOn w:val="Normal"/>
    <w:next w:val="Normal"/>
    <w:link w:val="CitationCar"/>
    <w:uiPriority w:val="29"/>
    <w:qFormat/>
    <w:rsid w:val="00FC693F"/>
    <w:rPr>
      <w:i/>
      <w:iCs/>
      <w:color w:val="000000" w:themeColor="text1"/>
    </w:rPr>
  </w:style>
  <w:style w:type="character" w:customStyle="1" w:styleId="CitationCar">
    <w:name w:val="Citation Car"/>
    <w:basedOn w:val="Policepardfaut"/>
    <w:link w:val="Citation"/>
    <w:uiPriority w:val="29"/>
    <w:rsid w:val="00FC693F"/>
    <w:rPr>
      <w:i/>
      <w:iCs/>
      <w:color w:val="000000" w:themeColor="text1"/>
    </w:rPr>
  </w:style>
  <w:style w:type="character" w:customStyle="1" w:styleId="Titre4Car">
    <w:name w:val="Titre 4 Car"/>
    <w:basedOn w:val="Policepardfaut"/>
    <w:link w:val="Titre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itre5Car">
    <w:name w:val="Titre 5 Car"/>
    <w:basedOn w:val="Policepardfaut"/>
    <w:link w:val="Titre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itre6Car">
    <w:name w:val="Titre 6 Car"/>
    <w:basedOn w:val="Policepardfaut"/>
    <w:link w:val="Titre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itre8Car">
    <w:name w:val="Titre 8 Car"/>
    <w:basedOn w:val="Policepardfaut"/>
    <w:link w:val="Titre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lev">
    <w:name w:val="Strong"/>
    <w:basedOn w:val="Policepardfaut"/>
    <w:uiPriority w:val="22"/>
    <w:qFormat/>
    <w:rsid w:val="00FC693F"/>
    <w:rPr>
      <w:b/>
      <w:bCs/>
    </w:rPr>
  </w:style>
  <w:style w:type="character" w:styleId="Accentuation">
    <w:name w:val="Emphasis"/>
    <w:basedOn w:val="Policepardfaut"/>
    <w:uiPriority w:val="20"/>
    <w:qFormat/>
    <w:rsid w:val="00FC693F"/>
    <w:rPr>
      <w:i/>
      <w:iCs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C693F"/>
    <w:rPr>
      <w:b/>
      <w:bCs/>
      <w:i/>
      <w:iCs/>
      <w:color w:val="4F81BD" w:themeColor="accent1"/>
    </w:rPr>
  </w:style>
  <w:style w:type="character" w:styleId="Emphaseple">
    <w:name w:val="Subtle Emphasis"/>
    <w:basedOn w:val="Policepardfaut"/>
    <w:uiPriority w:val="19"/>
    <w:qFormat/>
    <w:rsid w:val="00FC693F"/>
    <w:rPr>
      <w:i/>
      <w:iCs/>
      <w:color w:val="808080" w:themeColor="text1" w:themeTint="7F"/>
    </w:rPr>
  </w:style>
  <w:style w:type="character" w:styleId="Emphaseintense">
    <w:name w:val="Intense Emphasis"/>
    <w:basedOn w:val="Policepardfaut"/>
    <w:uiPriority w:val="21"/>
    <w:qFormat/>
    <w:rsid w:val="00FC693F"/>
    <w:rPr>
      <w:b/>
      <w:bCs/>
      <w:i/>
      <w:iCs/>
      <w:color w:val="4F81BD" w:themeColor="accent1"/>
    </w:rPr>
  </w:style>
  <w:style w:type="character" w:styleId="Rfrenceple">
    <w:name w:val="Subtle Reference"/>
    <w:basedOn w:val="Policepardfaut"/>
    <w:uiPriority w:val="31"/>
    <w:qFormat/>
    <w:rsid w:val="00FC693F"/>
    <w:rPr>
      <w:smallCaps/>
      <w:color w:val="C0504D" w:themeColor="accent2"/>
      <w:u w:val="single"/>
    </w:rPr>
  </w:style>
  <w:style w:type="character" w:styleId="Rfrenceintense">
    <w:name w:val="Intense Reference"/>
    <w:basedOn w:val="Policepardfau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itredulivre">
    <w:name w:val="Book Title"/>
    <w:basedOn w:val="Policepardfaut"/>
    <w:uiPriority w:val="33"/>
    <w:qFormat/>
    <w:rsid w:val="00FC693F"/>
    <w:rPr>
      <w:b/>
      <w:bCs/>
      <w:smallCaps/>
      <w:spacing w:val="5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FC693F"/>
    <w:pPr>
      <w:outlineLvl w:val="9"/>
    </w:pPr>
  </w:style>
  <w:style w:type="table" w:styleId="Grilledutableau">
    <w:name w:val="Table Grid"/>
    <w:basedOn w:val="Tableau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Ombrageclair">
    <w:name w:val="Light Shading"/>
    <w:basedOn w:val="Tableau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rameclaire-Accent1">
    <w:name w:val="Light Shading Accent 1"/>
    <w:basedOn w:val="Tableau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Trameclaire-Accent2">
    <w:name w:val="Light Shading Accent 2"/>
    <w:basedOn w:val="Tableau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Trameclaire-Accent3">
    <w:name w:val="Light Shading Accent 3"/>
    <w:basedOn w:val="Tableau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Trameclaire-Accent4">
    <w:name w:val="Light Shading Accent 4"/>
    <w:basedOn w:val="Tableau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Trameclaire-Accent5">
    <w:name w:val="Light Shading Accent 5"/>
    <w:basedOn w:val="Tableau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Trameclaire-Accent6">
    <w:name w:val="Light Shading Accent 6"/>
    <w:basedOn w:val="Tableau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eclaire">
    <w:name w:val="Light List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eclaire-Accent1">
    <w:name w:val="Light List Accent 1"/>
    <w:basedOn w:val="Tableau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eclaire-Accent2">
    <w:name w:val="Light List Accent 2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eclaire-Accent3">
    <w:name w:val="Light List Accent 3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eclaire-Accent4">
    <w:name w:val="Light List Accent 4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eclaire-Accent5">
    <w:name w:val="Light List Accent 5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eclaire-Accent6">
    <w:name w:val="Light List Accent 6"/>
    <w:basedOn w:val="Tableau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Grilleclaire">
    <w:name w:val="Light Grid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illeclaire-Accent1">
    <w:name w:val="Light Grid Accent 1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Grilleclaire-Accent2">
    <w:name w:val="Light Grid Accent 2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Grilleclaire-Accent3">
    <w:name w:val="Light Grid Accent 3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Grilleclaire-Accent4">
    <w:name w:val="Light Grid Accent 4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Grilleclaire-Accent5">
    <w:name w:val="Light Grid Accent 5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Grilleclaire-Accent6">
    <w:name w:val="Light Grid Accent 6"/>
    <w:basedOn w:val="Tableau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Tramemoyenne1">
    <w:name w:val="Medium Shading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1">
    <w:name w:val="Medium Shading 1 Accent 1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2">
    <w:name w:val="Medium Shading 1 Accent 2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3">
    <w:name w:val="Medium Shading 1 Accent 3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4">
    <w:name w:val="Medium Shading 1 Accent 4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5">
    <w:name w:val="Medium Shading 1 Accent 5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1-Accent6">
    <w:name w:val="Medium Shading 1 Accent 6"/>
    <w:basedOn w:val="Tableau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ramemoyenne2">
    <w:name w:val="Medium Shading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1">
    <w:name w:val="Medium Shading 2 Accent 1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2">
    <w:name w:val="Medium Shading 2 Accent 2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3">
    <w:name w:val="Medium Shading 2 Accent 3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4">
    <w:name w:val="Medium Shading 2 Accent 4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5">
    <w:name w:val="Medium Shading 2 Accent 5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Tramemoyenne2-Accent6">
    <w:name w:val="Medium Shading 2 Accent 6"/>
    <w:basedOn w:val="Tableau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emoyenne1">
    <w:name w:val="Medium Lis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emoyenne1-Accent1">
    <w:name w:val="Medium List 1 Accent 1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emoyenne1-Accent2">
    <w:name w:val="Medium List 1 Accent 2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emoyenne1-Accent3">
    <w:name w:val="Medium List 1 Accent 3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emoyenne1-Accent4">
    <w:name w:val="Medium List 1 Accent 4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emoyenne1-Accent5">
    <w:name w:val="Medium List 1 Accent 5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emoyenne1-Accent6">
    <w:name w:val="Medium List 1 Accent 6"/>
    <w:basedOn w:val="Tableau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emoyenne2">
    <w:name w:val="Medium Lis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1">
    <w:name w:val="Medium List 2 Accent 1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2">
    <w:name w:val="Medium List 2 Accent 2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3">
    <w:name w:val="Medium List 2 Accent 3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4">
    <w:name w:val="Medium List 2 Accent 4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5">
    <w:name w:val="Medium List 2 Accent 5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emoyenne2-Accent6">
    <w:name w:val="Medium List 2 Accent 6"/>
    <w:basedOn w:val="Tableau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moyenne1">
    <w:name w:val="Medium Grid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moyenne1-Accent1">
    <w:name w:val="Medium Grid 1 Accent 1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moyenne1-Accent2">
    <w:name w:val="Medium Grid 1 Accent 2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moyenne1-Accent3">
    <w:name w:val="Medium Grid 1 Accent 3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moyenne1-Accent4">
    <w:name w:val="Medium Grid 1 Accent 4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moyenne1-Accent5">
    <w:name w:val="Medium Grid 1 Accent 5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moyenne1-Accent6">
    <w:name w:val="Medium Grid 1 Accent 6"/>
    <w:basedOn w:val="Tableau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Grillemoyenne2">
    <w:name w:val="Medium Grid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1">
    <w:name w:val="Medium Grid 2 Accent 1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2">
    <w:name w:val="Medium Grid 2 Accent 2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3">
    <w:name w:val="Medium Grid 2 Accent 3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4">
    <w:name w:val="Medium Grid 2 Accent 4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5">
    <w:name w:val="Medium Grid 2 Accent 5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2-Accent6">
    <w:name w:val="Medium Grid 2 Accent 6"/>
    <w:basedOn w:val="Tableau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illemoyenne3">
    <w:name w:val="Medium Grid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illemoyenne3-Accent1">
    <w:name w:val="Medium Grid 3 Accent 1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Grillemoyenne3-Accent2">
    <w:name w:val="Medium Grid 3 Accent 2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Grillemoyenne3-Accent3">
    <w:name w:val="Medium Grid 3 Accent 3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Grillemoyenne3-Accent4">
    <w:name w:val="Medium Grid 3 Accent 4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Grillemoyenne3-Accent5">
    <w:name w:val="Medium Grid 3 Accent 5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Grillemoyenne3-Accent6">
    <w:name w:val="Medium Grid 3 Accent 6"/>
    <w:basedOn w:val="Tableau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efonce">
    <w:name w:val="Dark List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efonce-Accent1">
    <w:name w:val="Dark List Accent 1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efonce-Accent2">
    <w:name w:val="Dark List Accent 2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efonce-Accent3">
    <w:name w:val="Dark List Accent 3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efonce-Accent4">
    <w:name w:val="Dark List Accent 4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efonce-Accent5">
    <w:name w:val="Dark List Accent 5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efonce-Accent6">
    <w:name w:val="Dark List Accent 6"/>
    <w:basedOn w:val="Tableau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Tramecouleur">
    <w:name w:val="Colorful Shading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1">
    <w:name w:val="Colorful Shading Accent 1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2">
    <w:name w:val="Colorful Shading Accent 2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3">
    <w:name w:val="Colorful Shading Accent 3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Tramecouleur-Accent4">
    <w:name w:val="Colorful Shading Accent 4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5">
    <w:name w:val="Colorful Shading Accent 5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Tramecouleur-Accent6">
    <w:name w:val="Colorful Shading Accent 6"/>
    <w:basedOn w:val="Tableau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ecouleur">
    <w:name w:val="Colorful List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couleur-Accent1">
    <w:name w:val="Colorful List Accent 1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couleur-Accent2">
    <w:name w:val="Colorful List Accent 2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couleur-Accent3">
    <w:name w:val="Colorful List Accent 3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couleur-Accent4">
    <w:name w:val="Colorful List Accent 4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couleur-Accent5">
    <w:name w:val="Colorful List Accent 5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couleur-Accent6">
    <w:name w:val="Colorful List Accent 6"/>
    <w:basedOn w:val="Tableau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llecouleur">
    <w:name w:val="Colorful Grid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illecouleur-Accent1">
    <w:name w:val="Colorful Grid Accent 1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llecouleur-Accent2">
    <w:name w:val="Colorful Grid Accent 2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Grillecouleur-Accent3">
    <w:name w:val="Colorful Grid Accent 3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Grillecouleur-Accent4">
    <w:name w:val="Colorful Grid Accent 4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Grillecouleur-Accent5">
    <w:name w:val="Colorful Grid Accent 5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Grillecouleur-Accent6">
    <w:name w:val="Colorful Grid Accent 6"/>
    <w:basedOn w:val="Tableau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43960BE-5CD4-4A60-8DCA-1609D8A435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420</Words>
  <Characters>2315</Characters>
  <Application>Microsoft Office Word</Application>
  <DocSecurity>0</DocSecurity>
  <Lines>19</Lines>
  <Paragraphs>5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2730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USER</cp:lastModifiedBy>
  <cp:revision>2</cp:revision>
  <dcterms:created xsi:type="dcterms:W3CDTF">2026-05-19T11:38:00Z</dcterms:created>
  <dcterms:modified xsi:type="dcterms:W3CDTF">2026-05-19T11:38:00Z</dcterms:modified>
  <cp:category/>
</cp:coreProperties>
</file>